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92240" cy="840172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anned-resume-sour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840172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Image Only Resume Parser Test Fixture</dc:title>
  <dc:subject/>
  <dc:creator>Jobsistant</dc:creator>
  <cp:keywords/>
  <dc:description>generated by python-docx</dc:description>
  <cp:lastModifiedBy/>
  <cp:revision>1</cp:revision>
  <dcterms:created xsi:type="dcterms:W3CDTF">2026-09-18T00:00:00Z</dcterms:created>
  <dcterms:modified xsi:type="dcterms:W3CDTF">2026-09-18T00:00:00Z</dcterms:modified>
  <cp:category/>
</cp:coreProperties>
</file>